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7219" w:rsidRDefault="000E7219" w:rsidP="000E7219">
      <w:pPr>
        <w:pStyle w:val="NormalWeb"/>
      </w:pPr>
      <w:r>
        <w:t>Uplatnění reklamace</w:t>
      </w:r>
    </w:p>
    <w:p w:rsidR="000E7219" w:rsidRDefault="000E7219" w:rsidP="000E7219">
      <w:pPr>
        <w:pStyle w:val="NormalWeb"/>
      </w:pPr>
      <w:r>
        <w:t>Číslo objednávky: ______________________________________________</w:t>
      </w:r>
    </w:p>
    <w:p w:rsidR="000E7219" w:rsidRDefault="000E7219" w:rsidP="000E7219">
      <w:pPr>
        <w:pStyle w:val="NormalWeb"/>
      </w:pPr>
      <w:r>
        <w:t>Datum převzetí zboží: ___________________________________________</w:t>
      </w:r>
    </w:p>
    <w:p w:rsidR="000E7219" w:rsidRDefault="000E7219" w:rsidP="000E7219">
      <w:pPr>
        <w:pStyle w:val="NormalWeb"/>
      </w:pPr>
      <w:r>
        <w:t>Jméno a příjmení: ______________________________________________</w:t>
      </w:r>
    </w:p>
    <w:p w:rsidR="000E7219" w:rsidRDefault="000E7219" w:rsidP="000E7219">
      <w:pPr>
        <w:pStyle w:val="NormalWeb"/>
      </w:pPr>
      <w:r>
        <w:t>Adresa: ________________________________________________________</w:t>
      </w:r>
    </w:p>
    <w:p w:rsidR="000E7219" w:rsidRDefault="000E7219" w:rsidP="000E7219">
      <w:pPr>
        <w:pStyle w:val="NormalWeb"/>
      </w:pPr>
      <w:r>
        <w:t>E-mail / telefon: ______________________________________________</w:t>
      </w:r>
    </w:p>
    <w:p w:rsidR="000E7219" w:rsidRDefault="000E7219" w:rsidP="000E7219">
      <w:pPr>
        <w:pStyle w:val="NormalWeb"/>
      </w:pPr>
      <w:r>
        <w:t>Reklamované zboží: _____________________________________________</w:t>
      </w:r>
    </w:p>
    <w:p w:rsidR="000E7219" w:rsidRDefault="000E7219" w:rsidP="000E7219">
      <w:pPr>
        <w:pStyle w:val="NormalWeb"/>
      </w:pPr>
      <w:r>
        <w:t>Popis vady: ____________________________________________________</w:t>
      </w:r>
    </w:p>
    <w:p w:rsidR="000E7219" w:rsidRDefault="000E7219" w:rsidP="000E7219">
      <w:pPr>
        <w:pStyle w:val="NormalWeb"/>
      </w:pPr>
      <w:r>
        <w:t>________________________________________________________________</w:t>
      </w:r>
    </w:p>
    <w:p w:rsidR="000E7219" w:rsidRDefault="000E7219" w:rsidP="000E7219">
      <w:pPr>
        <w:pStyle w:val="NormalWeb"/>
      </w:pPr>
      <w:r>
        <w:t>________________________________________________________________</w:t>
      </w:r>
    </w:p>
    <w:p w:rsidR="000E7219" w:rsidRDefault="000E7219" w:rsidP="000E7219">
      <w:pPr>
        <w:pStyle w:val="NormalWeb"/>
      </w:pPr>
      <w:r>
        <w:t>Požadovaný způsob vyřízení reklamace (pokud jej lze podle zákona požadovat):</w:t>
      </w:r>
    </w:p>
    <w:p w:rsidR="000E7219" w:rsidRDefault="000E7219" w:rsidP="000E7219">
      <w:pPr>
        <w:pStyle w:val="NormalWeb"/>
      </w:pPr>
      <w:r>
        <w:t>________________________________________________________________</w:t>
      </w:r>
    </w:p>
    <w:p w:rsidR="000E7219" w:rsidRDefault="000E7219" w:rsidP="000E7219">
      <w:pPr>
        <w:pStyle w:val="NormalWeb"/>
      </w:pPr>
      <w:r>
        <w:t>Číslo bankovního účtu pro případné vrácení peněz: ______________</w:t>
      </w:r>
    </w:p>
    <w:p w:rsidR="000E7219" w:rsidRDefault="000E7219" w:rsidP="000E7219">
      <w:pPr>
        <w:pStyle w:val="NormalWeb"/>
      </w:pPr>
      <w:r>
        <w:t> </w:t>
      </w:r>
    </w:p>
    <w:p w:rsidR="000E7219" w:rsidRDefault="000E7219" w:rsidP="000E7219">
      <w:pPr>
        <w:pStyle w:val="NormalWeb"/>
      </w:pPr>
      <w:r>
        <w:t>Datum uplatnění reklamace: _____________________________________</w:t>
      </w:r>
    </w:p>
    <w:p w:rsidR="000E7219" w:rsidRDefault="000E7219" w:rsidP="000E7219">
      <w:pPr>
        <w:pStyle w:val="NormalWeb"/>
      </w:pPr>
      <w:r>
        <w:t>Podpis: ________________________________________________________</w:t>
      </w:r>
    </w:p>
    <w:p w:rsidR="000E7219" w:rsidRDefault="000E7219" w:rsidP="000E7219">
      <w:pPr>
        <w:pStyle w:val="NormalWeb"/>
      </w:pPr>
      <w:r>
        <w:t> </w:t>
      </w:r>
    </w:p>
    <w:p w:rsidR="00C1072C" w:rsidRPr="000E7219" w:rsidRDefault="00C1072C" w:rsidP="000E7219"/>
    <w:sectPr w:rsidR="00C1072C" w:rsidRPr="000E721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9194091">
    <w:abstractNumId w:val="8"/>
  </w:num>
  <w:num w:numId="2" w16cid:durableId="829520371">
    <w:abstractNumId w:val="6"/>
  </w:num>
  <w:num w:numId="3" w16cid:durableId="612590202">
    <w:abstractNumId w:val="5"/>
  </w:num>
  <w:num w:numId="4" w16cid:durableId="627587861">
    <w:abstractNumId w:val="4"/>
  </w:num>
  <w:num w:numId="5" w16cid:durableId="691108670">
    <w:abstractNumId w:val="7"/>
  </w:num>
  <w:num w:numId="6" w16cid:durableId="1239628693">
    <w:abstractNumId w:val="3"/>
  </w:num>
  <w:num w:numId="7" w16cid:durableId="163207391">
    <w:abstractNumId w:val="2"/>
  </w:num>
  <w:num w:numId="8" w16cid:durableId="844173357">
    <w:abstractNumId w:val="1"/>
  </w:num>
  <w:num w:numId="9" w16cid:durableId="95525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C9E"/>
    <w:rsid w:val="000E7219"/>
    <w:rsid w:val="0015074B"/>
    <w:rsid w:val="0029639D"/>
    <w:rsid w:val="00326F90"/>
    <w:rsid w:val="00542DCF"/>
    <w:rsid w:val="005A79A5"/>
    <w:rsid w:val="009A251E"/>
    <w:rsid w:val="00AA1D8D"/>
    <w:rsid w:val="00B47730"/>
    <w:rsid w:val="00C1072C"/>
    <w:rsid w:val="00CB0664"/>
    <w:rsid w:val="00D22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294A0EE-B7DB-5841-BEA7-065C4E55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07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  <w:style w:type="paragraph" w:styleId="NormalWeb">
    <w:name w:val="Normal (Web)"/>
    <w:basedOn w:val="Normal"/>
    <w:uiPriority w:val="99"/>
    <w:semiHidden/>
    <w:unhideWhenUsed/>
    <w:rsid w:val="009A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2026-08-29T12:43:00Z</dcterms:created>
  <dcterms:modified xsi:type="dcterms:W3CDTF">2026-08-29T12:43:00Z</dcterms:modified>
  <cp:category/>
</cp:coreProperties>
</file>